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תשעה מסלולים בסיפור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מסלול מתאים לפי גיל וצורך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הבדלים בין מסלולים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לקרוא טבלת מידע ולהסיק ממנה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המושגים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תשעה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שלוש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חינוך מיוחד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משפט אחד, 5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א – יסודי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בדף נכתב שאפשר תמיד לשנות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במסלול חנ״מ הסיפור קצר - משפט אחד, 5 עמודים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כתוב 'לפי בחירה' בשתי השכבות הללו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אותיות גדולות שייכות למסלול חנ״מ, לא לעולים חדשים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הקראה מוזכרת רק במסלולי חנ״מ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נכון – כך כתוב בטבלה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שפות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מסלולים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מסלול למאפיין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(משפט אחד, 5 עמודים, הקראה)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(עברית פשוטה ומילון בלחיצה)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(ניקוד לפי בחירה, 6-8 עמודים)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(ניקוד מלא, עריכה ובדיקת איזון)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(אותיות גדולות והקראה)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מיון המידע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כי יש תלמידים בגילים שונים ועם צרכים שונים, ולכן כל קבוצה צריכה התאמה אחרת של אורך, שפה וניקוד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חנ״מ מתמקד בפשטות חזותית - משפט אחד, אותיות גדולות והקראה. עולים חדשים מתמקד בשפה - עברית פשוטה ומילון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והבעה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פתוחה - יש לבדוק שהתלמיד/ה מגדיר/ה קבוצת יעד ברורה ומאפיינים הגיוניים המתאימים 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תשעה מסלולים, לפי שכבת גיל וסוג צורך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רגיל: 6-8 עמודים, חנ״מ: משפט אחד, 5 עמודים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מילון ב-6 שפות ועברית פשוטה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הטבלה המלאה מהדף ולתת לתלמידים לאתר בה תשובות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התרגיל לדיון על התאמת תכנים לצרכים שונים של לומדים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ולבקש מהתלמידים להשוות בין שני מסלולים לבחירתם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📘 סיפור חברתי מותאם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תשעה מסלולים בסיפור חברתי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יש תשעה מסלולים שונים לכתיבת סיפור חברתי: שלוש שכבות גיל (יסודי, חטיבת ביניים, תיכון) כפול שלושה סוגי צרכים (רגיל, חנ״מ, עולים חדשים). כל מסלול קובע מראש כמה ארוך הסיפור יהיה, באיזה גודל אות וילכתב ואילו עזרים יתווספו.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המושגים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מסלולים יש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שלושה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שישה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שנים עשר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כמה שכבות גיל מוזכרות בדף?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שלוש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ארבע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חמש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המשמעות של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חינוך מוזיקלי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חינוך מיוחד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חוג נוער מצטיין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 נוער מתקדם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מסלול כולל מילון ב-6 שפות?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רגיל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חנ״מ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עולים חדשים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כל המסלולים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אורך הסיפור במסלול חנ״מ?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משפט אחד, 5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6-8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עמוד אחד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12 עמודים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באיזו שכבת גיל הניקוד הוא תמיד מלא, בלי בחירה?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יסודי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חטיבת ביניים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בכל השכבות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מסלול אפשר תמיד לשנות את ההגדרות המוקדמות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במסלול יסודי חנ״מ הסיפור ארוך מאוד, 10 עמודים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בחטיבת ביניים ובתיכון אפשר לבחור את סוג הניקוד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עולים חדשים כולל אותיות גדולות במיוחד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בכל תשעת המסלולים יש אפשרות להקראה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מסלול יסודי רגיל כולל עריכה ובדיקת איזון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מסלול יסודי חנ״מ כולל אותיות גדולות ו__________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מסלול __________ רגיל מתאים לתלמידי תיכון עם ניקוד לפי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במסלולי עולים חדשים יש מילון ב-6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בכל שכבת גיל יש שלושה סוגי __________: רגיל, חנ״מ ועולים חדשים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אורך הסיפור במסלול הרגיל הוא בין 6 ל-__________ עמודים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בין מסלול למאפיין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יסודי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עברית פשוטה ומילון בלחיצה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חט״ב · עולים חדשים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ניקוד לפי בחירה, 6-8 עמודים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תיכון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משפט אחד, 5 עמודים, 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יסודי · רגיל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אותיות גדולות והקראה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חט״ב · חנ״מ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ניקוד מלא, עריכה ובדיקת איזון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מיון המידע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למה יש צורך בתשעה מסלולים שונים ולא מסלול אחד לכולם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העיקרי בין מסלול חנ״מ למסלול עולים חדשים?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והבעה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דמיינו שאתם בונים מסלול עשירי. לאיזו קבוצה הוא יהיה מיועד ומה יהיו המאפיינים שלו (אורך, גודל אות, עזרים)?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מסלולים יש בסך הכל ולפי אילו שני קריטריונים הם מחולקים?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מסלול רגיל למסלול חנ״מ מבחינת אורך הסיפור?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אילו עזרים מקבל מסלול עולים חדשים שלא מקבלים מסלולים אחרים?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תשעה מסלולים בסיפור חברתי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