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תשעה מסלולים בסיפור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מסלול מתאים לפי גיל וצורך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מסלולים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טבלת מידע ולהסיק ממנה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חינוך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אחד, 5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שאפשר תמיד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במסלול חנ״מ הסיפור קצר - משפט אחד, 5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'לפי בחירה' בשתי השכבות הללו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אותיות גדולות שייכות למסלול חנ״מ, לא לעולים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הקראה מוזכרת רק במסלולי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(משפט אחד, 5 עמודים, 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(עברית פשוטה ומילון בלחיצה)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(ניקוד לפי בחירה, 6-8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(ניקוד מלא, עריכה ובדיקת איזון)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(אותיות גדולות והקראה)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יש תלמידים בגילים שונים ועם צרכים שונים, ולכן כל קבוצה צריכה התאמה אחרת של אורך, שפה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חנ״מ מתמקד בפשטות חזותית - משפט אחד, אותיות גדולות והקראה. עולים חדשים מתמקד בשפה - עברית פשוטה ומילון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שהתלמיד/ה מגדיר/ה קבוצת יעד ברורה ומאפיינים הגיוניים המתאימים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מסלולים, לפי שכבת גיל וסוג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רגיל: 6-8 עמודים, חנ״מ: משפט אחד, 5 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ב-6 שפות ועברית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המלאה מהדף ולתת לתלמידים לאתר בה תשובות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לדיון על התאמת תכנים לצרכים שונים של לומדים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להשוות בין שני מסלולים לבחירתם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תשעה מסלולים בסיפור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תשעה סוגים של סיפור. כל סוג מתאים לגיל אחר ולצורך אחר. בדף הזה נלמד מה ההבדל בין הסוגים.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מיוחדת שמתאימה לקבוצה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שהגיעו לגור בארץ לא מזמן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התנועות מעל ומתחת לאותיות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קורא את הטקסט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שהכל מסודר בצורה שווה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שכבת גיל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לפי גיל, למשל יסודי או 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קבוצות גיל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חנ״מ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מוזיקלי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 נוער מצטיין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 נוער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מסלול יש מילון בכמה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המסלולים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עמודים יש בסיפור של מסלול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אחד, 5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6-8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עמוד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קבוצת גיל הניקוד תמיד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השכבות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מסלול אפשר תמיד לשנות את ההגדרות המוקדמות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יסודי חנ״מ הסיפור ארוך מאוד, 10 עמודים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בחטיבת ביניים ובתיכון אפשר לבחור את סוג הניקוד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עולים חדשים כולל אותיות גדולות במיוחד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תשעת המסלולים יש אפשרות להקראה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יסודי רגיל כולל עריכה ובדיקת איזון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מסלול יסודי חנ״מ כולל אותיות גדולות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__________ רגיל מתאים לתלמידי תיכון עם ניקוד לפי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במסלולי עולים חדשים יש מילון ב-6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שכבת גיל יש שלושה סוגי __________: רגיל, חנ״מ ועולים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אורך הסיפור במסלול הרגיל הוא בין 6 ל-__________ 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אותיות גדולות והקראה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אחד, 5 עמודים, 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תיכון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ניקוד מלא, עריכה ובדיקת איזון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יסודי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עברית פשוטה ומילון בלחיצה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חט״ב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ניקוד לפי בחירה, 6-8 עמודים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יש צורך בתשעה מסלולים שונים ולא מסלול אחד לכולם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מסלול חנ״מ למסלול עולים חדשים?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בונים מסלול עשירי. לאיזו קבוצה הוא יהיה מיועד ומה יהיו המאפיינים שלו (אורך, גודל אות, עזרים)?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מסלולים יש בסך הכל ולפי אילו שני קריטריונים הם מחולקים?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 למסלול חנ״מ מבחינת אורך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עזרים מקבל מסלול עולים חדשים שלא מקבלים מסלולים אחרים?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תשעה מסלולים בסיפור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